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שליטה עצמית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"שליטה עצמית"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🧘 שליטה עצמית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עוֹצְרִים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🧘 שליטה עצמית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🧘 🛑 🌬️  משפט השבוע: עוֹצְרִים, נוֹשְׁמִים, וְרַק אָז פּוֹעֲלִים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יוֹתֵר  |  עוֹצְרִים  |  עוֹזְרִים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"עוֹצְרִים, נוֹשְׁמִים, וְרַק אָז פּוֹעֲלִים"?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🔄 גמישות מחשבתית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🧘 שליטה עצמית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לספור עד חמש לפני שאני כועס או כועסת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לחכות לתור שלי בסבלנות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להתעלם ממי שמבקש עזרה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________, נוֹשְׁמִים, וְרַק אָז פּוֹעֲלִים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עזר ליוסף לא לצעוק?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לספור עד חמש לפני שאני כועס או כועסת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שליטה עצמית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