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שליטה עצמית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"שליטה עצמית"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קוראים יחד את המילון. התרגומים במילון – לוודא עם דוברי השפה.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משפטים קצרים. מותר להיעזר בבנק המילים ובמילון.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לעצור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to stop / остановиться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to breathe / дышать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anger / гнев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calm / спокойный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כשכועסים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שלם עם פועל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🧘 שליטה עצמית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קוראים: כשכועסים – עוצרים, נושמים לאט, ורק אחר כך מדברים.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/ תרגום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לעצור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stop · остановиться · ማቆም · يتوقف · s'arrêter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לנשום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breathe · дышать · መተንፈስ · يتنفس · respirer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כעס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anger · гнев · ቁጣ · غضب · colère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רגוע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calm · спокойный · የተረጋጋ · هادئ · calme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לעצור  |  לנשום  |  כעס  |  רגוע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בחרו את המילה העברית שפירושה: to stop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לעצור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כעס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לנשום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מתאימים מילה לתרגום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לעצור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anger / гнев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לנשום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to stop / остановиться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כעס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to breathe / дышать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רגוע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calm / спокойный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________ – עוצרים, נושמים לאט, ורק אחר כך מדברים.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כתבו משפט קצר עם המילה "לעצור".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עזר ליוסף לא לצעוק?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אני והערך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השלימו: השבוע אני רוצה ________ (בחרו: לספור עד חמש לפני שאני כועס או כועסת / לחכות לתור שלי בסבלנות)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 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שליטה עצמית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