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גמישות מחשבתית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"גמישות מחשבתית"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לשנות תוכנית, לראות דברים מכמה צדדים ולמצוא פתרון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לשים לב למי שצריך, להושיט יד ולעזור – בבית, בכיתה ובקהילה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שאפשר לסמוך על מישהו, ולהיות בעצמנו אנשים שאפשר לסמוך עליהם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תחושה טובה מבפנים שאפשר לגלות, לשמור עליה ולשתף בה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מוותרים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המילה ״שגויה״ – היא כתובה ״בצורה שגויה״ (חשיבה גמישה: קוראים את השאלה מילולית)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🔄 גמישות מחשבתית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גמישות מחשבתית – היכולת לשנות תוכנית, לראות דברים מכמה צדדים ולמצוא פתרון חדש.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מיכאל בטוח שהדרך היחידה לפתור את התרגיל היא זו שהמורה הראתה, ונתקע. נועה פותרת אותו בדרך אחרת לגמרי, עם ציור. בהתחלה מיכאל אומר: זה לא נכון, ככה לא עושים. ואז הוא בודק, ומגלה שהתשובה זהה.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קשה לנו לקבל דרך שונה משלנו?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אפשר ללמוד מהדרך של מישהו אחר?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מבדילים בין גמישות לבין ויתור על עקרונות?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"גמישות מחשבתית"?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לפתור תרגיל אחד בשתי דרכים שונות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 לדעה אחרת עד הסוף לפני שאני עונה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להכין תוכנית ב׳ למשימה חשובה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גמישות מחשבתית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לשנות תוכנית, לראות דברים מכמה צדדים ולמצוא פתרון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שאפשר לסמוך על מישהו, ולהיות בעצמנו אנשים שאפשר לסמוך עליהם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לשים לב למי שצריך, להושיט יד ולעזור – בבית, בכיתה ובקהילה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😄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תחושה טובה מבפנים שאפשר לגלות, לשמור עליה ולשתף בה 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"כשהדרך נחסמת – מחפשים שביל אחר, לא ________ על היעד"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איזו מילה כתובה תמיד בצורה שגויה בכל מילון עברי, ואף אחד לא מתקן אותה?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לפתור תרגיל אחד בשתי דרכים שונות · להקשיב לדעה אחרת עד הסוף לפני שאני עונה · להכין תוכנית ב׳ למשימה חשובה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מדרך חשיבה שונה משלי?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שיניתם תוכנית או דעה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גמישות מחשבתית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